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AC1" w:rsidRDefault="00AC548D">
      <w:pPr>
        <w:pStyle w:val="Title"/>
        <w:rPr>
          <w:sz w:val="44"/>
        </w:rPr>
      </w:pPr>
      <w:bookmarkStart w:id="0" w:name="_GoBack"/>
      <w:bookmarkEnd w:id="0"/>
      <w:r>
        <w:t xml:space="preserve"> </w:t>
      </w:r>
      <w:r w:rsidRPr="00A84AC1">
        <w:rPr>
          <w:sz w:val="40"/>
        </w:rPr>
        <w:t xml:space="preserve">Hope Culture Satellite </w:t>
      </w:r>
    </w:p>
    <w:p w:rsidR="00E6126E" w:rsidRDefault="00AC548D">
      <w:pPr>
        <w:pStyle w:val="Title"/>
      </w:pPr>
      <w:r w:rsidRPr="00A84AC1">
        <w:rPr>
          <w:sz w:val="48"/>
        </w:rPr>
        <w:t xml:space="preserve">Basketball </w:t>
      </w:r>
      <w:r>
        <w:t>Camps</w:t>
      </w:r>
    </w:p>
    <w:p w:rsidR="00E6126E" w:rsidRDefault="00AC548D" w:rsidP="00A84AC1">
      <w:pPr>
        <w:pStyle w:val="Heading1"/>
      </w:pPr>
      <w:r>
        <w:t>2025 Camp Confirmation Form</w:t>
      </w:r>
    </w:p>
    <w:p w:rsidR="00E6126E" w:rsidRPr="00A84AC1" w:rsidRDefault="00AC548D">
      <w:pPr>
        <w:pStyle w:val="Heading2"/>
        <w:rPr>
          <w:sz w:val="22"/>
        </w:rPr>
      </w:pPr>
      <w:r w:rsidRPr="00A84AC1">
        <w:rPr>
          <w:sz w:val="22"/>
        </w:rPr>
        <w:t xml:space="preserve"> </w:t>
      </w:r>
      <w:r w:rsidRPr="00A84AC1">
        <w:rPr>
          <w:sz w:val="24"/>
        </w:rPr>
        <w:t>Host School Information</w:t>
      </w:r>
      <w:r w:rsidRPr="00A84AC1">
        <w:rPr>
          <w:sz w:val="22"/>
        </w:rPr>
        <w:t>:</w:t>
      </w:r>
    </w:p>
    <w:p w:rsidR="00E6126E" w:rsidRPr="00A84AC1" w:rsidRDefault="00AC548D">
      <w:pPr>
        <w:rPr>
          <w:sz w:val="18"/>
        </w:rPr>
      </w:pPr>
      <w:r w:rsidRPr="00A84AC1">
        <w:rPr>
          <w:sz w:val="18"/>
        </w:rPr>
        <w:t>School Name: ____________________________________</w:t>
      </w:r>
    </w:p>
    <w:p w:rsidR="00E6126E" w:rsidRPr="00A84AC1" w:rsidRDefault="00AC548D">
      <w:pPr>
        <w:rPr>
          <w:sz w:val="18"/>
        </w:rPr>
      </w:pPr>
      <w:r w:rsidRPr="00A84AC1">
        <w:rPr>
          <w:sz w:val="18"/>
        </w:rPr>
        <w:t>School Address: ________________________________________</w:t>
      </w:r>
    </w:p>
    <w:p w:rsidR="00E6126E" w:rsidRPr="00A84AC1" w:rsidRDefault="00AC548D">
      <w:pPr>
        <w:rPr>
          <w:sz w:val="18"/>
        </w:rPr>
      </w:pPr>
      <w:r w:rsidRPr="00A84AC1">
        <w:rPr>
          <w:sz w:val="18"/>
        </w:rPr>
        <w:t>City/State/Zip: ________________________________________</w:t>
      </w:r>
    </w:p>
    <w:p w:rsidR="00E6126E" w:rsidRPr="00A84AC1" w:rsidRDefault="00AC548D">
      <w:pPr>
        <w:rPr>
          <w:sz w:val="18"/>
        </w:rPr>
      </w:pPr>
      <w:r w:rsidRPr="00A84AC1">
        <w:rPr>
          <w:sz w:val="18"/>
        </w:rPr>
        <w:t>Main Contact Name: ________________________________________</w:t>
      </w:r>
    </w:p>
    <w:p w:rsidR="00E6126E" w:rsidRPr="00A84AC1" w:rsidRDefault="00AC548D">
      <w:pPr>
        <w:rPr>
          <w:sz w:val="18"/>
        </w:rPr>
      </w:pPr>
      <w:r w:rsidRPr="00A84AC1">
        <w:rPr>
          <w:sz w:val="18"/>
        </w:rPr>
        <w:t>Position (AD/Coach/Principal): ________________________________________</w:t>
      </w:r>
    </w:p>
    <w:p w:rsidR="00E6126E" w:rsidRPr="00A84AC1" w:rsidRDefault="00AC548D">
      <w:pPr>
        <w:rPr>
          <w:sz w:val="18"/>
        </w:rPr>
      </w:pPr>
      <w:r w:rsidRPr="00A84AC1">
        <w:rPr>
          <w:sz w:val="18"/>
        </w:rPr>
        <w:t>Phone Number: ________________________________________</w:t>
      </w:r>
    </w:p>
    <w:p w:rsidR="00E6126E" w:rsidRDefault="00AC548D">
      <w:r w:rsidRPr="00A84AC1">
        <w:rPr>
          <w:sz w:val="18"/>
        </w:rPr>
        <w:t>Email Address: ________________________________________</w:t>
      </w:r>
    </w:p>
    <w:p w:rsidR="00E6126E" w:rsidRDefault="00AC548D">
      <w:pPr>
        <w:pStyle w:val="Heading2"/>
      </w:pPr>
      <w:r>
        <w:t>Camp Details:</w:t>
      </w:r>
    </w:p>
    <w:p w:rsidR="00E6126E" w:rsidRDefault="00AC548D">
      <w:r>
        <w:t>Confirmed Camp Dates: ________________________________________</w:t>
      </w:r>
    </w:p>
    <w:p w:rsidR="00E6126E" w:rsidRDefault="00AC548D">
      <w:r>
        <w:t>Camp Times: ________________________________________</w:t>
      </w:r>
    </w:p>
    <w:p w:rsidR="00E6126E" w:rsidRDefault="00A84AC1">
      <w:r>
        <w:t xml:space="preserve">Jr. High to High School </w:t>
      </w:r>
      <w:r w:rsidR="00AC548D">
        <w:t>Grade Levels: ________________________________________</w:t>
      </w:r>
    </w:p>
    <w:p w:rsidR="00A84AC1" w:rsidRPr="00A84AC1" w:rsidRDefault="00AC548D" w:rsidP="00A84AC1">
      <w:r>
        <w:t>Expected Number of Participants: ________________________________________</w:t>
      </w:r>
    </w:p>
    <w:p w:rsidR="00E6126E" w:rsidRPr="00A84AC1" w:rsidRDefault="00AC548D">
      <w:pPr>
        <w:pStyle w:val="Heading2"/>
        <w:rPr>
          <w:sz w:val="28"/>
        </w:rPr>
      </w:pPr>
      <w:r>
        <w:t xml:space="preserve"> </w:t>
      </w:r>
      <w:r w:rsidRPr="00A84AC1">
        <w:rPr>
          <w:sz w:val="28"/>
        </w:rPr>
        <w:t>Financial Agreement:</w:t>
      </w:r>
    </w:p>
    <w:p w:rsidR="00E6126E" w:rsidRPr="00A84AC1" w:rsidRDefault="00AC548D">
      <w:pPr>
        <w:rPr>
          <w:sz w:val="20"/>
        </w:rPr>
      </w:pPr>
      <w:r w:rsidRPr="00A84AC1">
        <w:rPr>
          <w:sz w:val="20"/>
        </w:rPr>
        <w:t>C</w:t>
      </w:r>
      <w:r w:rsidR="00A84AC1" w:rsidRPr="00A84AC1">
        <w:rPr>
          <w:sz w:val="20"/>
        </w:rPr>
        <w:t xml:space="preserve">amp Fee: </w:t>
      </w:r>
    </w:p>
    <w:p w:rsidR="00E6126E" w:rsidRPr="00A84AC1" w:rsidRDefault="00AC548D">
      <w:pPr>
        <w:rPr>
          <w:sz w:val="20"/>
        </w:rPr>
      </w:pPr>
      <w:r w:rsidRPr="00A84AC1">
        <w:rPr>
          <w:sz w:val="20"/>
        </w:rPr>
        <w:t>Deposit (if appl</w:t>
      </w:r>
      <w:r w:rsidR="00A84AC1" w:rsidRPr="00A84AC1">
        <w:rPr>
          <w:sz w:val="20"/>
        </w:rPr>
        <w:t xml:space="preserve">icable): </w:t>
      </w:r>
    </w:p>
    <w:p w:rsidR="00A84AC1" w:rsidRPr="00A84AC1" w:rsidRDefault="00AC548D" w:rsidP="00A84AC1">
      <w:pPr>
        <w:rPr>
          <w:sz w:val="20"/>
        </w:rPr>
      </w:pPr>
      <w:r w:rsidRPr="00A84AC1">
        <w:rPr>
          <w:sz w:val="20"/>
        </w:rPr>
        <w:t>Payment Method (Circle One): Cash / Check / Sc</w:t>
      </w:r>
      <w:r w:rsidR="00A84AC1" w:rsidRPr="00A84AC1">
        <w:rPr>
          <w:sz w:val="20"/>
        </w:rPr>
        <w:t>hool PO / Other: ___________</w:t>
      </w:r>
    </w:p>
    <w:p w:rsidR="00A84AC1" w:rsidRDefault="00AC548D">
      <w:pPr>
        <w:pStyle w:val="Heading2"/>
        <w:rPr>
          <w:sz w:val="24"/>
        </w:rPr>
      </w:pPr>
      <w:r w:rsidRPr="00A84AC1">
        <w:rPr>
          <w:sz w:val="24"/>
        </w:rPr>
        <w:t xml:space="preserve"> </w:t>
      </w:r>
    </w:p>
    <w:p w:rsidR="00E6126E" w:rsidRPr="00A84AC1" w:rsidRDefault="00B43452">
      <w:pPr>
        <w:pStyle w:val="Heading2"/>
        <w:rPr>
          <w:sz w:val="24"/>
        </w:rPr>
      </w:pPr>
      <w:r>
        <w:rPr>
          <w:sz w:val="24"/>
        </w:rPr>
        <w:t>Lodging Information:</w:t>
      </w:r>
    </w:p>
    <w:p w:rsidR="00E6126E" w:rsidRPr="00A84AC1" w:rsidRDefault="00B43452">
      <w:pPr>
        <w:rPr>
          <w:sz w:val="20"/>
        </w:rPr>
      </w:pPr>
      <w:r>
        <w:rPr>
          <w:sz w:val="20"/>
        </w:rPr>
        <w:t xml:space="preserve">Motel Or Airbnb </w:t>
      </w:r>
      <w:r w:rsidRPr="00A84AC1">
        <w:rPr>
          <w:sz w:val="20"/>
        </w:rPr>
        <w:t>Address</w:t>
      </w:r>
      <w:r w:rsidR="00AC548D" w:rsidRPr="00A84AC1">
        <w:rPr>
          <w:sz w:val="20"/>
        </w:rPr>
        <w:t xml:space="preserve"> (if different): ________________________________________</w:t>
      </w:r>
    </w:p>
    <w:p w:rsidR="00E6126E" w:rsidRPr="00A84AC1" w:rsidRDefault="00B43452">
      <w:pPr>
        <w:rPr>
          <w:sz w:val="20"/>
        </w:rPr>
      </w:pPr>
      <w:r>
        <w:rPr>
          <w:sz w:val="20"/>
        </w:rPr>
        <w:t xml:space="preserve"> Contact name you put lodging under</w:t>
      </w:r>
      <w:r w:rsidR="00AC548D" w:rsidRPr="00A84AC1">
        <w:rPr>
          <w:sz w:val="20"/>
        </w:rPr>
        <w:t>: ________________________________________</w:t>
      </w:r>
    </w:p>
    <w:p w:rsidR="00E6126E" w:rsidRPr="00A84AC1" w:rsidRDefault="00B43452">
      <w:pPr>
        <w:rPr>
          <w:sz w:val="20"/>
        </w:rPr>
      </w:pPr>
      <w:r>
        <w:rPr>
          <w:sz w:val="20"/>
        </w:rPr>
        <w:t xml:space="preserve">Special Notes: </w:t>
      </w:r>
    </w:p>
    <w:p w:rsidR="00E6126E" w:rsidRDefault="00AC548D">
      <w:r>
        <w:t>_____________________________________________</w:t>
      </w:r>
      <w:r w:rsidR="00A84AC1">
        <w:t>__</w:t>
      </w:r>
    </w:p>
    <w:p w:rsidR="00E6126E" w:rsidRDefault="00AC548D">
      <w:pPr>
        <w:pStyle w:val="Heading2"/>
      </w:pPr>
      <w:r>
        <w:t xml:space="preserve"> Liability Waiver and Responsibility:</w:t>
      </w:r>
    </w:p>
    <w:p w:rsidR="00E6126E" w:rsidRPr="00A84AC1" w:rsidRDefault="00AC548D">
      <w:pPr>
        <w:rPr>
          <w:sz w:val="20"/>
        </w:rPr>
      </w:pPr>
      <w:r w:rsidRPr="00A84AC1">
        <w:rPr>
          <w:sz w:val="20"/>
        </w:rPr>
        <w:t>By hosting Hope Culture Satellite Basketball Camp, your school agrees to:</w:t>
      </w:r>
      <w:r w:rsidRPr="00A84AC1">
        <w:rPr>
          <w:sz w:val="20"/>
        </w:rPr>
        <w:br/>
        <w:t>- Provide safe facilities for camp operations.</w:t>
      </w:r>
      <w:r w:rsidRPr="00A84AC1">
        <w:rPr>
          <w:sz w:val="20"/>
        </w:rPr>
        <w:br/>
        <w:t>- Ensure school staff is present during camp hours.</w:t>
      </w:r>
      <w:r w:rsidRPr="00A84AC1">
        <w:rPr>
          <w:sz w:val="20"/>
        </w:rPr>
        <w:br/>
        <w:t>- Acknowledge that Hope Culture and its staff are not li</w:t>
      </w:r>
      <w:r w:rsidR="00A84AC1" w:rsidRPr="00A84AC1">
        <w:rPr>
          <w:sz w:val="20"/>
        </w:rPr>
        <w:t>able for accidents or injuries.</w:t>
      </w:r>
      <w:r w:rsidRPr="00A84AC1">
        <w:rPr>
          <w:sz w:val="20"/>
        </w:rPr>
        <w:br/>
        <w:t>Signature con</w:t>
      </w:r>
      <w:r w:rsidR="00A84AC1" w:rsidRPr="00A84AC1">
        <w:rPr>
          <w:sz w:val="20"/>
        </w:rPr>
        <w:t>firms agreement to terms above:</w:t>
      </w:r>
    </w:p>
    <w:p w:rsidR="00E6126E" w:rsidRDefault="00AC548D">
      <w:r>
        <w:t>Host Signature: _____________________________    Date: __________________</w:t>
      </w:r>
    </w:p>
    <w:p w:rsidR="00B43452" w:rsidRDefault="00AC548D">
      <w:r>
        <w:t xml:space="preserve">Hope Culture Representative </w:t>
      </w:r>
    </w:p>
    <w:p w:rsidR="00E6126E" w:rsidRDefault="00AC548D">
      <w:r>
        <w:t>Sign</w:t>
      </w:r>
      <w:r w:rsidR="00B43452">
        <w:t>ature: JJ Davis</w:t>
      </w:r>
      <w:r w:rsidR="00A84AC1">
        <w:t xml:space="preserve">   Date: </w:t>
      </w:r>
    </w:p>
    <w:p w:rsidR="00E6126E" w:rsidRDefault="00AC548D">
      <w:r>
        <w:t xml:space="preserve"> Return this signed form to Coach JJ Davis</w:t>
      </w:r>
    </w:p>
    <w:p w:rsidR="00E6126E" w:rsidRDefault="00A84AC1">
      <w:r>
        <w:t xml:space="preserve"> Email: jdavis@neosho.edu</w:t>
      </w:r>
    </w:p>
    <w:p w:rsidR="00E6126E" w:rsidRDefault="00AC548D">
      <w:r>
        <w:t>Phone:</w:t>
      </w:r>
      <w:r w:rsidR="00A84AC1">
        <w:t xml:space="preserve"> 785-488-6055</w:t>
      </w:r>
    </w:p>
    <w:p w:rsidR="00E6126E" w:rsidRDefault="00E6126E"/>
    <w:p w:rsidR="00E6126E" w:rsidRDefault="00AC548D">
      <w:r>
        <w:t>Thank you for partnering with Hope Culture — together, we're building champions on and off the court!</w:t>
      </w:r>
    </w:p>
    <w:sectPr w:rsidR="00E6126E" w:rsidSect="00B43452">
      <w:pgSz w:w="12240" w:h="15840"/>
      <w:pgMar w:top="1440" w:right="1800" w:bottom="1440" w:left="1800" w:header="720" w:footer="720" w:gutter="0"/>
      <w:pgBorders w:offsetFrom="page">
        <w:top w:val="single" w:sz="6" w:space="24" w:color="auto" w:shadow="1"/>
        <w:left w:val="single" w:sz="6" w:space="24" w:color="auto" w:shadow="1"/>
        <w:bottom w:val="single" w:sz="6" w:space="24" w:color="auto" w:shadow="1"/>
        <w:right w:val="single" w:sz="6" w:space="24" w:color="auto" w:shadow="1"/>
      </w:pgBorders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849BA"/>
    <w:rsid w:val="00A84AC1"/>
    <w:rsid w:val="00AA1D8D"/>
    <w:rsid w:val="00AC548D"/>
    <w:rsid w:val="00B43452"/>
    <w:rsid w:val="00B47730"/>
    <w:rsid w:val="00CB0664"/>
    <w:rsid w:val="00E6126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7E29E70B-5A7C-4B1C-BCF4-4EAE06C7A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74C0B1B-971B-4FF4-BB79-DE0BA0CC8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JJ Davis</cp:lastModifiedBy>
  <cp:revision>2</cp:revision>
  <dcterms:created xsi:type="dcterms:W3CDTF">2025-04-29T15:14:00Z</dcterms:created>
  <dcterms:modified xsi:type="dcterms:W3CDTF">2025-04-29T15:14:00Z</dcterms:modified>
  <cp:category/>
</cp:coreProperties>
</file>